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https://holzrahmenbauberlin.tumblr.com/post/829939172427071488/oct26-r19-tum-02</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rahmenbauberlin.tumblr.com/post/829939172427071488/oct26-r19-tum-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