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https://holzrahmenbauberlin.tumblr.com/post/829939118794473472/oct26-r19-tum-01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tumblr.com/post/829939118794473472/oct26-r19-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