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https://holzrahmenbauberlin.blogspot.com/search/label/Projektvorbereitung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rahmenbauberlin.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