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https://holzmeisternrw.tumblr.com/post/830366201323585536/waermedaemmung-luftdichtheit-feuchteschutz-holzbau</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tumblr.com/post/830366201323585536/waermedaemmung-luftdichtheit-feuchteschutz-holzb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