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https://holzmeisternrw.tumblr.com/post/829939160665260032/oct26-r18-tum-02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meisternrw.tumblr.com/post/829939160665260032/oct26-r18-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