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https://holzmeisternrw.tumblr.com/post/829939101282238464/oct26-r18-tum-01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tumblr.com/post/829939101282238464/oct26-r18-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