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https://holzundhaus.github.io/holzkonstruktionenberlin/phasen-holzbauvorhaben-erstkontakt-bis-montage/</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holzkonstruktionenberlin/phasen-holzbauvorhaben-erstkontakt-bis-mont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