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https://holzundhaus.github.io/holzkonstruktionenberlin/blog/oct26-r17-git-01/</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holzkonstruktionenberlin/blog/oct26-r17-git-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