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https://holzkonstruktionenberlin.tumblr.com/post/830279721917038592/holzarten-bei-bewitterten-bauteilen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nstruktionenberlin.tumblr.com/post/830279721917038592/holzarten-bei-bewitterten-bautei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