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https://holzkonstruktionenberlin.tumblr.com/post/829939177702539264/oct26-r17-tum-02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nstruktionenberlin.tumblr.com/post/829939177702539264/oct26-r17-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