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https://holzkonstruktionenberlin.tumblr.com/post/829939084701106176/oct26-r17-tum-01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tumblr.com/post/829939084701106176/oct26-r17-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