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https://holzundhaus.github.io/holzkompassnrw/blog/oct26-r16-git-01/</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holzkompassnrw/blog/oct26-r16-git-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