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https://holzkompassnrw.tumblr.com/post/830253924620632064/holzbalkon-planen-pruefliste-lastweg-tuerschwelle-wartun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mpassnrw.tumblr.com/post/830253924620632064/holzbalkon-planen-pruefliste-lastweg-tuerschwelle-wart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