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https://holzkompassnrw.tumblr.com/post/829947869427531776/oct26-r16-tum-02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tumblr.com/post/829947869427531776/oct26-r16-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