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https://holzkompassnrw.tumblr.com/post/829939124330971136/oct26-r16-tum-01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tumblr.com/post/829939124330971136/oct26-r16-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