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https://holzkompassnrw.blogspot.com/2026/10/holzhaus-planen-welche-unterlagen-in.html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kompassnrw.blogspot.com/2026/10/holzhaus-planen-welche-unterlagen-i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