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Treppengeometrie als Rechenaufgabe: Steigung, Auftritt, Geländer und Kopfhöhe im Zusammenhang · Arbeitsblatt mit Checkliste</w:t>
      </w:r>
    </w:p>
    <w:p>
      <w:r>
        <w:t>Für die praktische Planung: Eine Holztreppe wird oft nach Holzart, Farbe oder Geländerform ausgewählt. Doch bevor diese Entscheidungen fallen, steht eine rein geometrische Aufgabe: Geschosshöhe, Deckenöffnung, Grundriss und Nutzung müssen so zusammenpassen, dass Steigung, Auftritt, Laufbreite und Kopfhöhe im Alltag funktionieren. Dieser Beitrag zeigt, wie die einzelnen Maße zusammenhängen und warum Geländer, Aufmaß und Anschlussdetails zur gleichen Planungsaufgabe gehören.</w:t>
      </w:r>
    </w:p>
    <w:p>
      <w:pPr>
        <w:pStyle w:val="Heading1"/>
      </w:pPr>
      <w:r>
        <w:t>Warum die Treppe zuerst eine Geometrieaufgabe ist</w:t>
      </w:r>
    </w:p>
    <w:p>
      <w:r>
        <w:t>Eine Treppe ist ein Bauteil mit genau definierten Grenzwerten. Wer einzelne Maße unabhängig voneinander festlegt, erzeugt meistens erst beim Aufmaß einen Konflikt: Die Steigung wird zu steil, die Deckenöffnung ist zu schmal oder die Kopfhöhe an der Lauflinie reicht nicht aus. Die passende Geometrie wird anhand der tatsächlichen Nutzung und der baulichen Randbedingungen festgelegt – also nicht vom Wunschbild, sondern vom Bestand aus.</w:t>
      </w:r>
    </w:p>
    <w:p>
      <w:pPr>
        <w:pStyle w:val="Heading1"/>
      </w:pPr>
      <w:r>
        <w:t>Die drei Größen, die alles weitere bestimmen</w:t>
      </w:r>
    </w:p>
    <w:p>
      <w:r>
        <w:t>Geschosshöhe, verfügbare Grundfläche und Deckenöffnung bilden das Fundament jeder Treppenplanung. Die Geschosshöhe ist der senkrechte Abstand zwischen fertigem Boden unten und fertigem Boden oben. Die verfügbare Grundfläche bzw. Lauflänge bestimmt, wie viel horizontale Länge bis zur nächsten Wand oder Öffnung bleibt. Die Deckenöffnung beschreibt Breite und Länge des Lochs in der Geschossdecke. Aus diesen drei Werten ergibt sich, wie viele Steigungen die Treppe braucht und wie tief der Auftritt jeweils werden kann. Erst danach ist sinnvoll, über Holzart, Geländerform und Oberfläche zu sprechen.</w:t>
      </w:r>
    </w:p>
    <w:p>
      <w:pPr>
        <w:pStyle w:val="Heading1"/>
      </w:pPr>
      <w:r>
        <w:t>Steigung und Auftritt als gemeinsames Maß</w:t>
      </w:r>
    </w:p>
    <w:p>
      <w:r>
        <w:t>Steigung und Auftritt stehen in einem festen Verhältnis zueinander. Verkürzt man den Auftritt, erhöht sich automatisch die Steigung, und umgekehrt. Ein gerader Treppenlauf mit gleichem Steigungsverhältnis kann in zwei Häusern völlig unterschiedliche Kopfhöhen haben, je nach Tiefe der Deckenöffnung und dem Punkt, an dem die Treppe unter die Decke läuft. Eine flachere Treppe beansprucht mehr Lauflänge. Reicht der Platz nicht, muss die Geschosshöhe über mehr Steigungen verteilt werden – jede wird dann höher. Viertel- oder Halbgewendel verändern den benötigten Platz gegenüber einem geraden Lauf erheblich.</w:t>
      </w:r>
    </w:p>
    <w:p>
      <w:pPr>
        <w:pStyle w:val="Heading1"/>
      </w:pPr>
      <w:r>
        <w:t>Kopfhöhe und Geländerplanung</w:t>
      </w:r>
    </w:p>
    <w:p>
      <w:r>
        <w:t>Die Kopfhöhe ist kein Detail, das am Ende geprüft wird – sie ergibt sich aus Steigung, Auftritt und dem Verlauf des Laufs unter der Decke. Relevant sind die lichte Höhe über der Lauflinie an der Vorderkante der Stufen sowie die lichte Höhe im Bereich der Deckenöffnung. Ein Geländer hat eine konstruktive Aufgabe: Es muss Kräfte aufnehmen und an die Treppe oder die Wand weiterleiten. Daraus folgen Höhe, Abstand der Füllstäbe, Pfostenabstand und die Befestigung. Eine rein dekorative Geländerlösung erfüllt nicht automatisch die Aufgaben einer Absturzsicherung. Nutzungsanforderungen wie Kinder im Haushalt, häufiges Tragen sperriger Gegenstände oder eingeschränkte Beweglichkeit verändern die Anforderungen an Höhe, Greifbarkeit und Öffnungen.</w:t>
      </w:r>
    </w:p>
    <w:p>
      <w:pPr>
        <w:pStyle w:val="Heading1"/>
      </w:pPr>
      <w:r>
        <w:t>Aufmaß und Vorbereitung für die Projektanfrage</w:t>
      </w:r>
    </w:p>
    <w:p>
      <w:r>
        <w:t>Wangen, Stufen und Verbindungen müssen Kräfte in geeignete Auflager weitergeben. Bei einem Umbau sind bestehende Deckenöffnung und Anschlussflächen vorher zu untersuchen. Für die Projektanfrage sollten folgende Angaben bereitgehalten werden: tatsächliche Geschosshöhe messen, Maße und Lage der Deckenöffnung erfassen, eine Grundrissskizze mit Position der Treppe und angrenzenden Wänden anfertigen, Nutzungshinweise zum Haushalt notieren sowie Bestandsfotos von Antritt, Austritt und Deckenuntersicht bei Umbauten. Wer die Zusammenhänge zwischen Steigung, Auftritt, Geländer und Kopfhöhe von Anfang an als eine Aufgabe begreift, vermeidet Korrekturen, die später teuer werden.</w:t>
      </w:r>
    </w:p>
    <w:p>
      <w:pPr>
        <w:pStyle w:val="Heading1"/>
      </w:pPr>
      <w:r>
        <w:t>Weitere Dokumente zum Thema</w:t>
      </w:r>
    </w:p>
    <w:p>
      <w:hyperlink r:id="rId9">
        <w:r>
          <w:rPr>
            <w:color w:val="087E75"/>
          </w:rPr>
          <w:t>Treppengeometrie als Rechenaufgabe: Steigung, Auftritt, Geländer und Kopfhöhe im Zusammenhang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tumblr.com/post/830902725407571968/holztreppe-geometrie-steigung-auftritt-gelaender-kopfhoe" TargetMode="External"/><Relationship Id="rId10" Type="http://schemas.openxmlformats.org/officeDocument/2006/relationships/hyperlink" Target="https://holzundhaus.github.io/holzkompassnrw/dateien/minimax-eac76b6725db3bd0e5bb62b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