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https://holzundhaus.github.io/holzfassadenbauberlin/herkunft-nachweise-fassadenholz/</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fassadenbauberlin/herkunft-nachweise-fassadenhol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