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https://holzfassadenbauberlin.tumblr.com/post/830277225687482368/konstruktiver-holzschutz-holzfassade-details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tumblr.com/post/830277225687482368/konstruktiver-holzschutz-holzfassade-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