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https://holzfassadenbauberlin.tumblr.com/post/829939196063006720/oct26-r15-tum-02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tumblr.com/post/829939196063006720/oct26-r15-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