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https://holzfassadenbauberlin.tumblr.com/post/829939147230855168/oct26-r15-tum-01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tumblr.com/post/829939147230855168/oct26-r15-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