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https://holzfassadenbauberlin.blogspot.com/search/label/Projektvorbereitung</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fassadenbauberlin.blogspot.com/search/label/Projektvorbereitu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