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https://holzfassadenbauberlin.blogspot.com/2026/10/holzfassade-pflege-wie-dokumentiert-man.html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blogspot.com/2026/10/holzfassade-pflege-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