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https://holzfassadeberlin.tumblr.com/post/829939209200648192/oct26-r14-tum-02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tumblr.com/post/829939209200648192/oct26-r14-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