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https://holzfassadeberlin.tumblr.com/post/829939082224402432/oct26-r14-tum-01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fassadeberlin.tumblr.com/post/829939082224402432/oct26-r14-tum-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