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https://holzfassadeberlin.blogspot.com/2026/10/holzfassade-kosten-wie-dokumentiert-man.html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blogspot.com/2026/10/holzfassade-kosten-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