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https://holzfassadeberlin.blogspot.com/2026/10/brandschutz-bei-holzfassaden-in-berlin.html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blogspot.com/2026/10/brandschutz-bei-holzfassaden-in-berl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