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https://holzundhaus.github.io/holzcarportberlin/blog/oct26-r13-git-01/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carportberlin/blog/oct26-r13-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