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https://holzcarportberlin.tumblr.com/post/830257817905774592/denkmalschutz-holzcarport-berlin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tumblr.com/post/830257817905774592/denkmalschutz-holzcarport-ber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