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https://holzcarportberlin.tumblr.com/post/829947840670449664/oct26-r13-tum-02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tumblr.com/post/829947840670449664/oct26-r13-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