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https://holzcarportberlin.tumblr.com/post/829939091445514240/oct26-r13-tum-01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tumblr.com/post/829939091445514240/oct26-r13-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