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https://holzcarportberlin.blogspot.com/2026/10/carport-holzarten-welche-funf-fotos.html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blogspot.com/2026/10/carport-holzarten-welche-funf-foto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