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https://holzanbauberlin.tumblr.com/post/830367890614124544/holzanbau-reihenhaus-doppelhaushaelfte-planerische-beson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tumblr.com/post/830367890614124544/holzanbau-reihenhaus-doppelhaushaelfte-planerische-be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