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https://holzanbauberlin.tumblr.com/post/829947839061917696/oct26-r12-tum-02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tumblr.com/post/829947839061917696/oct26-r12-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