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https://holzanbauberlin.tumblr.com/post/829939140284088320/oct26-r12-tum-01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tumblr.com/post/829939140284088320/oct26-r12-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