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https://dachwerkmuenchen.tumblr.com/post/830356580453236737/notentwaesserung-flachdach-grundausstattung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muenchen.tumblr.com/post/830356580453236737/notentwaesserung-flachdach-grundausstat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