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https://dachwerkmuenchen.tumblr.com/post/829939191168237568/oct26-r11-tum-02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tumblr.com/post/829939191168237568/oct26-r11-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