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https://dachwerkmuenchen.blogspot.com/search/label/Projektvorbereitung</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muenchen.blogspot.com/search/label/Projektvorbereit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