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https://dachwerkmuenchen.blogspot.com/2026/10/dachziegel-oder-dachstein-welches.html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2026/10/dachziegel-oder-dachstein-welch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