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https://dachwerkhamburg.tumblr.com/post/830094082267365376/taubenabwehr-am-dach-tierschutzkonforme-systeme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tumblr.com/post/830094082267365376/taubenabwehr-am-dach-tierschutzkonforme-syst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