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https://dachwerkhamburg.tumblr.com/post/829939211523276800/oct26-r09-tum-02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tumblr.com/post/829939211523276800/oct26-r09-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