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https://dachwerkhamburg.blogspot.com/2026/10/dachziegel-oder-dachstein-was-den.html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blogspot.com/2026/10/dachziegel-oder-dachstein-was-d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