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Taubenabwehr am Dach: tierschutzkonforme Systeme im Überblick · Arbeitsblatt mit Checkliste</w:t>
      </w:r>
    </w:p>
    <w:p>
      <w:r>
        <w:t>Eine fachgerecht montierte Taubenabwehr schützt das Dach langfristig vor Verschmutzung und Materialschäden – doch selbst die robustesten Systeme brauchen regelmäßige Pflege. Ohne Wartung lassen Spikes nach, Netze werden brüchig und Elektroleisten verlieren ihre Abschreckwirkung. Für Eigentümer in Hamburg lohnt es sich, die Taubenabwehr am Dach in einen jahreszeitlichen Wartungsrhythmus einzubetten.</w:t>
      </w:r>
    </w:p>
    <w:p>
      <w:pPr>
        <w:pStyle w:val="Heading1"/>
      </w:pPr>
      <w:r>
        <w:t>Warum regelmäßige Pflege entscheidend ist</w:t>
      </w:r>
    </w:p>
    <w:p>
      <w:r>
        <w:t>Taubenabwehrsysteme sind dauerhaft der Witterung ausgesetzt. Edelstahlspikes korrodieren auf Dächern zwar kaum, doch Schmutz, Moos und Blütenstaub können die Spitzen verbinden und ihre Federwirkung verringern. Netze aus Polyethylen werden durch UV-Strahlung spröde, und Elektroleisten verlieren ohne regelmäßige Funktionsprüfung an Spannung. Wer die Anlage ein-bis zweimal jährlich prüft, verhindert, dass sich Tauben wieder ansiedeln, bevor der Befall ein ernsthaftes Problem wird. Gerade in Hafennähe, wo Sturmtiden und salzhaltige Luft die Materialbelastung erhöhen, ist ein fester Wartungstermin sinnvoller als ein reaktiver Eingriff.</w:t>
      </w:r>
    </w:p>
    <w:p>
      <w:pPr>
        <w:pStyle w:val="Heading1"/>
      </w:pPr>
      <w:r>
        <w:t>Frühjahrskontrolle nach dem Winter</w:t>
      </w:r>
    </w:p>
    <w:p>
      <w:r>
        <w:t>Nach der kalten Jahreszeit sollten Eigentümer die Taubenabwehr auf Winter-schäden prüfen. Temperaturstürze und Eisbildung können Befestigungen gelockert haben. Bei geklemmten Systemen an Blechanschlüssen und Kehlen lohnt sich ein Blick auf die Halterungen: Sind diese noch fest, oder hat sich durch Frosteinpansion etwas verschoben? Spikes sollten auf verbogene oder fehlende Elemente geprüft werden. Verstopfte Netze – etwa durch Laub oder Äste – lassen sich bei dieser Gelegenheit vorsichtig reinigen, ohne das Geflecht zu beschädigen. Auch die Anschlüsse an der Attika und den Wandanschlüssen verdienen Aufmerksamkeit, denn hier können sich über den Winter Taubenansammlungen gebildet haben.</w:t>
      </w:r>
    </w:p>
    <w:p>
      <w:pPr>
        <w:pStyle w:val="Heading1"/>
      </w:pPr>
      <w:r>
        <w:t>Herbstinspektion vor der nassen Jahreszeit</w:t>
      </w:r>
    </w:p>
    <w:p>
      <w:r>
        <w:t>Der Herbst ist der zweite wichtige Wartungszeitpunkt. Laub und Feuchtigkeit setzen Systemen besonders zu, und bevor der erste Frost kommt, sollten alle Befestigungen auf festen Sitz geprüft werden. Spanndrähte brauchen eine erneute Spannungsprüfung, da das Material mit der Zeit an Elastizität verliert. Bei Elektroleisten gehört die Kontrolle der Erdung und der Anschlüsse zur Basismessung. Wer die Reinigung der Dachrinnen und Kehlen ohnehin für den Herbst einplant, kann die Taubenabwehr gleich mit einbeziehen – lose Federn, Kot und organische Ablagerungen mindern die Wirkung und sollten entfernt werden.</w:t>
      </w:r>
    </w:p>
    <w:p>
      <w:pPr>
        <w:pStyle w:val="Heading1"/>
      </w:pPr>
      <w:r>
        <w:t>Typische Verschleißerscheinungen erkennen</w:t>
      </w:r>
    </w:p>
    <w:p>
      <w:r>
        <w:t>Einige Abnutzungszeichen treten bei bestimmte Systemen gehäuft auf. Bei Spikes ist es das Zusammenkleben der Spitzen durch Schmutzfilm, bei Netzen das Durchhängen oder Scheuern an scharfen Kanten, bei Elektroleisten das Nachlassen des Impulses durch Korrosion an Kontaktpunkten. Spanndrähte können sich durch Temperatureinwirkung dehnen und ihre abschreckende Wirkung einbüßen. Eigentümer, die diese Zeichen frühzeitig erkennen, vermeiden kostspielige Neuinstallationen. Eine Sichtprüfung vom Boden aus genügt meist, um gröbere Probleme zu identifizieren; für eine genaue Beurteilung der Befestigungspunkte ist allerdings eine Nahbesichtigung auf dem Dach nötig.</w:t>
      </w:r>
    </w:p>
    <w:p>
      <w:pPr>
        <w:pStyle w:val="Heading1"/>
      </w:pPr>
      <w:r>
        <w:t>Wann der Fachbetrieb hinzuziehen</w:t>
      </w:r>
    </w:p>
    <w:p>
      <w:r>
        <w:t>Kleinere Wartungsarbeiten wie das Reinigen von Spikes oder das Nachspannen von Drähten können Eigentümer selbst erledigen. Für die Prüfung von Elektrosystemen, die Kontrolle der Erdung und die Begutachtung von Netzstrukturen empfiehlt sich jedoch ein Fachbetrieb. Dieser kann auch beurteilen, ob Anschlüsse an Dachklempnerarbeiten wie Kehlen, Fallrohren oder Attikaabdeckungen noch intakt sind. Lockere Blechverkleidungen sind nicht nur Anschlusspunkte für die Taubenabwehr, sondern potenzielle Undichtigkeiten – beides zusammen zu prüfen spart Zeit und schützt die Dachhaut.</w:t>
      </w:r>
    </w:p>
    <w:p>
      <w:pPr>
        <w:pStyle w:val="Heading1"/>
      </w:pPr>
      <w:r>
        <w:t>Weitere Dokumente zum Thema</w:t>
      </w:r>
    </w:p>
    <w:p>
      <w:hyperlink r:id="rId9">
        <w:r>
          <w:rPr>
            <w:color w:val="087E75"/>
          </w:rPr>
          <w:t>Taubenabwehr am Dach: tierschutzkonforme Systeme im Überblick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tumblr.com/post/830094082267365376/taubenabwehr-am-dach-tierschutzkonforme-systeme" TargetMode="External"/><Relationship Id="rId10" Type="http://schemas.openxmlformats.org/officeDocument/2006/relationships/hyperlink" Target="https://holzundhaus.github.io/dachwerkhamburg/dateien/minimax-900962f8a36a0ddb9102ddd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