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https://dachwerkduesseldorf.tumblr.com/post/830296927848546304/dachterrasse-tueranschluss-schwellenhoehe-entwaesserung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tumblr.com/post/830296927848546304/dachterrasse-tueranschluss-schwellenhoehe-entwaess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