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https://dachwerkduesseldorf.tumblr.com/post/829939166233116672/oct26-r08-tum-02</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tumblr.com/post/829939166233116672/oct26-r08-tum-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