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https://dachwerkduesseldorf.tumblr.com/post/829938732904939520/oct26-r08-tum-01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tumblr.com/post/829938732904939520/oct26-r08-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