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https://dachwerkduesseldorf.blogspot.com/2026/10/dachwartung-selbst-prufen-was.html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blogspot.com/2026/10/dachwartung-selbst-prufen-wa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