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https://dachwerkdortmund.tumblr.com/post/830094556357853184/dachrinne-fallrohr-materialien-vergleich</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ortmund.tumblr.com/post/830094556357853184/dachrinne-fallrohr-materialien-vergle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