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https://dachwerkdortmund.tumblr.com/post/829939163108409344/oct26-r07-tum-02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tumblr.com/post/829939163108409344/oct26-r07-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