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https://dachwerkdortmund.tumblr.com/post/829939108134764544/oct26-r07-tum-01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tumblr.com/post/829939108134764544/oct26-r07-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